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7606AD" w:rsidRPr="00131F13" w14:paraId="602F6E13" w14:textId="77777777" w:rsidTr="00131F13">
        <w:trPr>
          <w:trHeight w:val="3264"/>
          <w:jc w:val="center"/>
        </w:trPr>
        <w:tc>
          <w:tcPr>
            <w:tcW w:w="51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7E780" w14:textId="77777777" w:rsidR="007606AD" w:rsidRPr="00286141" w:rsidRDefault="007606AD">
            <w:pPr>
              <w:rPr>
                <w:rFonts w:cs="Times New Roman"/>
              </w:rPr>
            </w:pPr>
          </w:p>
        </w:tc>
        <w:tc>
          <w:tcPr>
            <w:tcW w:w="51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C269A" w14:textId="21524C48" w:rsidR="007606AD" w:rsidRPr="00286141" w:rsidRDefault="008A5B2E">
            <w:pPr>
              <w:spacing w:after="0" w:line="240" w:lineRule="auto"/>
              <w:rPr>
                <w:rFonts w:cs="Times New Roman"/>
                <w:b/>
                <w:bCs/>
                <w:lang w:val="uk-UA"/>
              </w:rPr>
            </w:pPr>
            <w:r w:rsidRPr="00286141">
              <w:rPr>
                <w:rFonts w:cs="Times New Roman"/>
                <w:b/>
                <w:bCs/>
                <w:lang w:val="ru-RU"/>
              </w:rPr>
              <w:t>Генерально</w:t>
            </w:r>
            <w:r w:rsidR="00286141" w:rsidRPr="00286141">
              <w:rPr>
                <w:rFonts w:cs="Times New Roman"/>
                <w:b/>
                <w:bCs/>
                <w:lang w:val="uk-UA"/>
              </w:rPr>
              <w:t xml:space="preserve">му консулу України в </w:t>
            </w:r>
            <w:proofErr w:type="spellStart"/>
            <w:r w:rsidR="00286141" w:rsidRPr="00286141">
              <w:rPr>
                <w:rFonts w:cs="Times New Roman"/>
                <w:b/>
                <w:bCs/>
                <w:lang w:val="uk-UA"/>
              </w:rPr>
              <w:t>Анталії</w:t>
            </w:r>
            <w:proofErr w:type="spellEnd"/>
          </w:p>
          <w:p w14:paraId="693A32DE" w14:textId="77777777" w:rsidR="007606AD" w:rsidRPr="00286141" w:rsidRDefault="007606AD">
            <w:pPr>
              <w:spacing w:after="0" w:line="240" w:lineRule="auto"/>
              <w:rPr>
                <w:rFonts w:cs="Times New Roman"/>
                <w:lang w:val="ru-RU"/>
              </w:rPr>
            </w:pPr>
          </w:p>
          <w:p w14:paraId="78BE6EB3" w14:textId="77777777" w:rsidR="007606AD" w:rsidRPr="00286141" w:rsidRDefault="008A5B2E">
            <w:pPr>
              <w:spacing w:after="0" w:line="240" w:lineRule="auto"/>
              <w:rPr>
                <w:rFonts w:cs="Times New Roman"/>
                <w:lang w:val="ru-RU"/>
              </w:rPr>
            </w:pPr>
            <w:proofErr w:type="spellStart"/>
            <w:r w:rsidRPr="00286141">
              <w:rPr>
                <w:rFonts w:cs="Times New Roman"/>
                <w:lang w:val="ru-RU"/>
              </w:rPr>
              <w:t>від</w:t>
            </w:r>
            <w:proofErr w:type="spellEnd"/>
            <w:r w:rsidRPr="00286141">
              <w:rPr>
                <w:rFonts w:cs="Times New Roman"/>
                <w:lang w:val="ru-RU"/>
              </w:rPr>
              <w:t xml:space="preserve"> ____________________________________</w:t>
            </w:r>
          </w:p>
          <w:p w14:paraId="3CA9CA21" w14:textId="3CB2A5BB" w:rsidR="007606AD" w:rsidRPr="00E76310" w:rsidRDefault="008A5B2E">
            <w:pPr>
              <w:spacing w:after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 xml:space="preserve">       </w:t>
            </w:r>
            <w:r w:rsidR="00E76310">
              <w:rPr>
                <w:rFonts w:cs="Times New Roman"/>
                <w:i/>
                <w:sz w:val="20"/>
                <w:szCs w:val="20"/>
                <w:lang w:val="ru-RU"/>
              </w:rPr>
              <w:t xml:space="preserve">        </w:t>
            </w:r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 xml:space="preserve">(ПІБ </w:t>
            </w:r>
            <w:proofErr w:type="spellStart"/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>заявника</w:t>
            </w:r>
            <w:proofErr w:type="spellEnd"/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 xml:space="preserve"> / законного </w:t>
            </w:r>
            <w:proofErr w:type="spellStart"/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>представника</w:t>
            </w:r>
            <w:proofErr w:type="spellEnd"/>
            <w:r w:rsidRPr="00E76310">
              <w:rPr>
                <w:rFonts w:cs="Times New Roman"/>
                <w:i/>
                <w:sz w:val="20"/>
                <w:szCs w:val="20"/>
                <w:lang w:val="ru-RU"/>
              </w:rPr>
              <w:t>)</w:t>
            </w:r>
          </w:p>
          <w:p w14:paraId="785CC6B0" w14:textId="149723A9" w:rsidR="00131F13" w:rsidRDefault="00131F13">
            <w:pPr>
              <w:spacing w:after="0" w:line="24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дата та місце народження: ________________</w:t>
            </w:r>
          </w:p>
          <w:p w14:paraId="7D12BB43" w14:textId="7B97D2F2" w:rsidR="00131F13" w:rsidRDefault="00131F13">
            <w:pPr>
              <w:spacing w:after="0" w:line="24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_______________________________________</w:t>
            </w:r>
          </w:p>
          <w:p w14:paraId="58BC2CA1" w14:textId="76A6CEE9" w:rsidR="007606AD" w:rsidRPr="00131F13" w:rsidRDefault="008A5B2E">
            <w:pPr>
              <w:spacing w:after="0" w:line="240" w:lineRule="auto"/>
              <w:rPr>
                <w:rFonts w:cs="Times New Roman"/>
                <w:lang w:val="ru-RU"/>
              </w:rPr>
            </w:pPr>
            <w:r w:rsidRPr="00131F13">
              <w:rPr>
                <w:rFonts w:cs="Times New Roman"/>
                <w:lang w:val="ru-RU"/>
              </w:rPr>
              <w:t>тел.: ___________________________________</w:t>
            </w:r>
          </w:p>
          <w:p w14:paraId="0317E5C3" w14:textId="77777777" w:rsidR="007606AD" w:rsidRDefault="008A5B2E">
            <w:pPr>
              <w:spacing w:after="0" w:line="240" w:lineRule="auto"/>
              <w:rPr>
                <w:rFonts w:cs="Times New Roman"/>
                <w:lang w:val="uk-UA"/>
              </w:rPr>
            </w:pPr>
            <w:r w:rsidRPr="00286141">
              <w:rPr>
                <w:rFonts w:cs="Times New Roman"/>
              </w:rPr>
              <w:t>e</w:t>
            </w:r>
            <w:r w:rsidRPr="00131F13">
              <w:rPr>
                <w:rFonts w:cs="Times New Roman"/>
                <w:lang w:val="ru-RU"/>
              </w:rPr>
              <w:t>-</w:t>
            </w:r>
            <w:r w:rsidRPr="00286141">
              <w:rPr>
                <w:rFonts w:cs="Times New Roman"/>
              </w:rPr>
              <w:t>mail</w:t>
            </w:r>
            <w:r w:rsidRPr="00131F13">
              <w:rPr>
                <w:rFonts w:cs="Times New Roman"/>
                <w:lang w:val="ru-RU"/>
              </w:rPr>
              <w:t>: _________________________________</w:t>
            </w:r>
          </w:p>
          <w:p w14:paraId="6D2A4D5C" w14:textId="77777777" w:rsidR="00131F13" w:rsidRDefault="00131F13">
            <w:pPr>
              <w:spacing w:after="0" w:line="24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місце проживання зареєстровано за </w:t>
            </w:r>
            <w:proofErr w:type="spellStart"/>
            <w:r>
              <w:rPr>
                <w:rFonts w:cs="Times New Roman"/>
                <w:lang w:val="uk-UA"/>
              </w:rPr>
              <w:t>адресою</w:t>
            </w:r>
            <w:proofErr w:type="spellEnd"/>
            <w:r>
              <w:rPr>
                <w:rFonts w:cs="Times New Roman"/>
                <w:lang w:val="uk-UA"/>
              </w:rPr>
              <w:t>:</w:t>
            </w:r>
          </w:p>
          <w:p w14:paraId="6433B8E1" w14:textId="77777777" w:rsidR="00131F13" w:rsidRDefault="00131F13">
            <w:pPr>
              <w:spacing w:after="0" w:line="24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_______________________________________</w:t>
            </w:r>
          </w:p>
          <w:p w14:paraId="4608F1C2" w14:textId="25FB4FD6" w:rsidR="00131F13" w:rsidRPr="00131F13" w:rsidRDefault="00131F13">
            <w:pPr>
              <w:spacing w:after="0" w:line="24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_______________________________________</w:t>
            </w:r>
          </w:p>
        </w:tc>
      </w:tr>
    </w:tbl>
    <w:p w14:paraId="169EBD80" w14:textId="2C4D87D2" w:rsidR="007606AD" w:rsidRPr="00286141" w:rsidRDefault="008A5B2E">
      <w:pPr>
        <w:spacing w:before="100" w:after="0"/>
        <w:jc w:val="center"/>
        <w:rPr>
          <w:rFonts w:cs="Times New Roman"/>
        </w:rPr>
      </w:pPr>
      <w:r w:rsidRPr="00286141">
        <w:rPr>
          <w:rFonts w:cs="Times New Roman"/>
          <w:b/>
          <w:sz w:val="28"/>
        </w:rPr>
        <w:t>ЗАЯВА</w:t>
      </w:r>
    </w:p>
    <w:p w14:paraId="62D88EDF" w14:textId="77777777" w:rsidR="007606AD" w:rsidRPr="00286141" w:rsidRDefault="008A5B2E">
      <w:pPr>
        <w:spacing w:after="120"/>
        <w:jc w:val="center"/>
        <w:rPr>
          <w:rFonts w:cs="Times New Roman"/>
          <w:lang w:val="ru-RU"/>
        </w:rPr>
      </w:pPr>
      <w:r w:rsidRPr="00286141">
        <w:rPr>
          <w:rFonts w:cs="Times New Roman"/>
          <w:b/>
          <w:lang w:val="ru-RU"/>
        </w:rPr>
        <w:t xml:space="preserve">про </w:t>
      </w:r>
      <w:proofErr w:type="spellStart"/>
      <w:r w:rsidRPr="00286141">
        <w:rPr>
          <w:rFonts w:cs="Times New Roman"/>
          <w:b/>
          <w:lang w:val="ru-RU"/>
        </w:rPr>
        <w:t>оформлення</w:t>
      </w:r>
      <w:proofErr w:type="spellEnd"/>
      <w:r w:rsidRPr="00286141">
        <w:rPr>
          <w:rFonts w:cs="Times New Roman"/>
          <w:b/>
          <w:lang w:val="ru-RU"/>
        </w:rPr>
        <w:t xml:space="preserve"> </w:t>
      </w:r>
      <w:proofErr w:type="spellStart"/>
      <w:r w:rsidRPr="00286141">
        <w:rPr>
          <w:rFonts w:cs="Times New Roman"/>
          <w:b/>
          <w:lang w:val="ru-RU"/>
        </w:rPr>
        <w:t>посвідчення</w:t>
      </w:r>
      <w:proofErr w:type="spellEnd"/>
      <w:r w:rsidRPr="00286141">
        <w:rPr>
          <w:rFonts w:cs="Times New Roman"/>
          <w:b/>
          <w:lang w:val="ru-RU"/>
        </w:rPr>
        <w:t xml:space="preserve"> особи на </w:t>
      </w:r>
      <w:proofErr w:type="spellStart"/>
      <w:r w:rsidRPr="00286141">
        <w:rPr>
          <w:rFonts w:cs="Times New Roman"/>
          <w:b/>
          <w:lang w:val="ru-RU"/>
        </w:rPr>
        <w:t>повернення</w:t>
      </w:r>
      <w:proofErr w:type="spellEnd"/>
      <w:r w:rsidRPr="00286141">
        <w:rPr>
          <w:rFonts w:cs="Times New Roman"/>
          <w:b/>
          <w:lang w:val="ru-RU"/>
        </w:rPr>
        <w:t xml:space="preserve"> в </w:t>
      </w:r>
      <w:proofErr w:type="spellStart"/>
      <w:r w:rsidRPr="00286141">
        <w:rPr>
          <w:rFonts w:cs="Times New Roman"/>
          <w:b/>
          <w:lang w:val="ru-RU"/>
        </w:rPr>
        <w:t>Україну</w:t>
      </w:r>
      <w:proofErr w:type="spellEnd"/>
    </w:p>
    <w:p w14:paraId="28EDE3C5" w14:textId="5FEED4E7" w:rsidR="007606AD" w:rsidRPr="00286141" w:rsidRDefault="008A5B2E">
      <w:pPr>
        <w:spacing w:after="80" w:line="252" w:lineRule="auto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>Я, ____________</w:t>
      </w:r>
      <w:r w:rsidR="00286141" w:rsidRPr="00286141">
        <w:rPr>
          <w:rFonts w:cs="Times New Roman"/>
          <w:lang w:val="ru-RU"/>
        </w:rPr>
        <w:t>______</w:t>
      </w:r>
      <w:r w:rsidRPr="00286141">
        <w:rPr>
          <w:rFonts w:cs="Times New Roman"/>
          <w:lang w:val="ru-RU"/>
        </w:rPr>
        <w:t>________________</w:t>
      </w:r>
      <w:r w:rsidRPr="00286141">
        <w:rPr>
          <w:rFonts w:cs="Times New Roman"/>
          <w:lang w:val="ru-RU"/>
        </w:rPr>
        <w:t>_____________________________________________,</w:t>
      </w:r>
      <w:r w:rsidRPr="00286141">
        <w:rPr>
          <w:rFonts w:cs="Times New Roman"/>
          <w:sz w:val="16"/>
          <w:lang w:val="ru-RU"/>
        </w:rPr>
        <w:br/>
      </w:r>
      <w:r w:rsidRPr="00286141">
        <w:rPr>
          <w:rFonts w:cs="Times New Roman"/>
          <w:i/>
          <w:sz w:val="20"/>
          <w:lang w:val="ru-RU"/>
        </w:rPr>
        <w:t xml:space="preserve">                  </w:t>
      </w:r>
      <w:r w:rsidR="00286141" w:rsidRPr="00286141">
        <w:rPr>
          <w:rFonts w:cs="Times New Roman"/>
          <w:i/>
          <w:sz w:val="20"/>
          <w:lang w:val="ru-RU"/>
        </w:rPr>
        <w:t xml:space="preserve">                                                      </w:t>
      </w:r>
      <w:r w:rsidRPr="00286141">
        <w:rPr>
          <w:rFonts w:cs="Times New Roman"/>
          <w:i/>
          <w:sz w:val="20"/>
          <w:lang w:val="ru-RU"/>
        </w:rPr>
        <w:t xml:space="preserve">(ПІБ </w:t>
      </w:r>
      <w:proofErr w:type="spellStart"/>
      <w:r w:rsidRPr="00286141">
        <w:rPr>
          <w:rFonts w:cs="Times New Roman"/>
          <w:i/>
          <w:sz w:val="20"/>
          <w:lang w:val="ru-RU"/>
        </w:rPr>
        <w:t>заявника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 / законного </w:t>
      </w:r>
      <w:proofErr w:type="spellStart"/>
      <w:r w:rsidRPr="00286141">
        <w:rPr>
          <w:rFonts w:cs="Times New Roman"/>
          <w:i/>
          <w:sz w:val="20"/>
          <w:lang w:val="ru-RU"/>
        </w:rPr>
        <w:t>представника</w:t>
      </w:r>
      <w:proofErr w:type="spellEnd"/>
      <w:r w:rsidRPr="00286141">
        <w:rPr>
          <w:rFonts w:cs="Times New Roman"/>
          <w:i/>
          <w:sz w:val="20"/>
          <w:lang w:val="ru-RU"/>
        </w:rPr>
        <w:t>)</w:t>
      </w:r>
    </w:p>
    <w:p w14:paraId="4947BF7A" w14:textId="4C589CED" w:rsidR="007606AD" w:rsidRPr="00286141" w:rsidRDefault="008A5B2E">
      <w:pPr>
        <w:spacing w:after="80" w:line="252" w:lineRule="auto"/>
        <w:rPr>
          <w:rFonts w:cs="Times New Roman"/>
          <w:lang w:val="ru-RU"/>
        </w:rPr>
      </w:pPr>
      <w:r w:rsidRPr="00286141">
        <w:rPr>
          <w:rFonts w:cs="Times New Roman"/>
          <w:sz w:val="21"/>
          <w:lang w:val="ru-RU"/>
        </w:rPr>
        <w:t xml:space="preserve">□ </w:t>
      </w:r>
      <w:proofErr w:type="spellStart"/>
      <w:r w:rsidRPr="00286141">
        <w:rPr>
          <w:rFonts w:cs="Times New Roman"/>
          <w:sz w:val="21"/>
          <w:lang w:val="ru-RU"/>
        </w:rPr>
        <w:t>особисто</w:t>
      </w:r>
      <w:proofErr w:type="spellEnd"/>
      <w:r w:rsidRPr="00286141">
        <w:rPr>
          <w:rFonts w:cs="Times New Roman"/>
          <w:sz w:val="21"/>
          <w:lang w:val="ru-RU"/>
        </w:rPr>
        <w:t xml:space="preserve">     □ як </w:t>
      </w:r>
      <w:proofErr w:type="spellStart"/>
      <w:r w:rsidRPr="00286141">
        <w:rPr>
          <w:rFonts w:cs="Times New Roman"/>
          <w:sz w:val="21"/>
          <w:lang w:val="ru-RU"/>
        </w:rPr>
        <w:t>законний</w:t>
      </w:r>
      <w:proofErr w:type="spellEnd"/>
      <w:r w:rsidRPr="00286141">
        <w:rPr>
          <w:rFonts w:cs="Times New Roman"/>
          <w:sz w:val="21"/>
          <w:lang w:val="ru-RU"/>
        </w:rPr>
        <w:t xml:space="preserve"> </w:t>
      </w:r>
      <w:proofErr w:type="spellStart"/>
      <w:r w:rsidRPr="00286141">
        <w:rPr>
          <w:rFonts w:cs="Times New Roman"/>
          <w:sz w:val="21"/>
          <w:lang w:val="ru-RU"/>
        </w:rPr>
        <w:t>представник</w:t>
      </w:r>
      <w:proofErr w:type="spellEnd"/>
      <w:r w:rsidRPr="00286141">
        <w:rPr>
          <w:rFonts w:cs="Times New Roman"/>
          <w:sz w:val="21"/>
          <w:lang w:val="ru-RU"/>
        </w:rPr>
        <w:t xml:space="preserve"> _______________</w:t>
      </w:r>
      <w:r w:rsidR="00286141" w:rsidRPr="00286141">
        <w:rPr>
          <w:rFonts w:cs="Times New Roman"/>
          <w:sz w:val="21"/>
          <w:lang w:val="ru-RU"/>
        </w:rPr>
        <w:t>____________________________</w:t>
      </w:r>
      <w:r w:rsidRPr="00286141">
        <w:rPr>
          <w:rFonts w:cs="Times New Roman"/>
          <w:sz w:val="21"/>
          <w:lang w:val="ru-RU"/>
        </w:rPr>
        <w:t>__________________</w:t>
      </w:r>
      <w:r w:rsidR="00286141">
        <w:rPr>
          <w:rFonts w:cs="Times New Roman"/>
          <w:sz w:val="21"/>
          <w:lang w:val="ru-RU"/>
        </w:rPr>
        <w:t>____________________</w:t>
      </w:r>
      <w:r w:rsidRPr="00286141">
        <w:rPr>
          <w:rFonts w:cs="Times New Roman"/>
          <w:sz w:val="21"/>
          <w:lang w:val="ru-RU"/>
        </w:rPr>
        <w:t>____________,</w:t>
      </w:r>
      <w:r w:rsidRPr="00286141">
        <w:rPr>
          <w:rFonts w:cs="Times New Roman"/>
          <w:sz w:val="16"/>
          <w:lang w:val="ru-RU"/>
        </w:rPr>
        <w:br/>
      </w:r>
      <w:r w:rsidRPr="00286141">
        <w:rPr>
          <w:rFonts w:cs="Times New Roman"/>
          <w:i/>
          <w:sz w:val="20"/>
          <w:lang w:val="ru-RU"/>
        </w:rPr>
        <w:t xml:space="preserve">                                                        </w:t>
      </w:r>
      <w:r w:rsidR="00286141" w:rsidRPr="00286141">
        <w:rPr>
          <w:rFonts w:cs="Times New Roman"/>
          <w:i/>
          <w:sz w:val="20"/>
          <w:lang w:val="ru-RU"/>
        </w:rPr>
        <w:t xml:space="preserve">                 </w:t>
      </w:r>
      <w:r w:rsidRPr="00286141">
        <w:rPr>
          <w:rFonts w:cs="Times New Roman"/>
          <w:i/>
          <w:sz w:val="20"/>
          <w:lang w:val="ru-RU"/>
        </w:rPr>
        <w:t xml:space="preserve"> (ПІБ особи, яку </w:t>
      </w:r>
      <w:proofErr w:type="spellStart"/>
      <w:r w:rsidRPr="00286141">
        <w:rPr>
          <w:rFonts w:cs="Times New Roman"/>
          <w:i/>
          <w:sz w:val="20"/>
          <w:lang w:val="ru-RU"/>
        </w:rPr>
        <w:t>представляє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 </w:t>
      </w:r>
      <w:proofErr w:type="spellStart"/>
      <w:r w:rsidRPr="00286141">
        <w:rPr>
          <w:rFonts w:cs="Times New Roman"/>
          <w:i/>
          <w:sz w:val="20"/>
          <w:lang w:val="ru-RU"/>
        </w:rPr>
        <w:t>заявник</w:t>
      </w:r>
      <w:proofErr w:type="spellEnd"/>
      <w:r w:rsidRPr="00286141">
        <w:rPr>
          <w:rFonts w:cs="Times New Roman"/>
          <w:i/>
          <w:sz w:val="20"/>
          <w:lang w:val="ru-RU"/>
        </w:rPr>
        <w:t>)</w:t>
      </w:r>
    </w:p>
    <w:p w14:paraId="60898D06" w14:textId="77777777" w:rsidR="007606AD" w:rsidRPr="00286141" w:rsidRDefault="008A5B2E">
      <w:pPr>
        <w:spacing w:after="80" w:line="252" w:lineRule="auto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 xml:space="preserve">прошу </w:t>
      </w:r>
      <w:proofErr w:type="spellStart"/>
      <w:r w:rsidRPr="00286141">
        <w:rPr>
          <w:rFonts w:cs="Times New Roman"/>
          <w:lang w:val="ru-RU"/>
        </w:rPr>
        <w:t>оформити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відповідно</w:t>
      </w:r>
      <w:proofErr w:type="spellEnd"/>
      <w:r w:rsidRPr="00286141">
        <w:rPr>
          <w:rFonts w:cs="Times New Roman"/>
          <w:lang w:val="ru-RU"/>
        </w:rPr>
        <w:t xml:space="preserve"> до Порядку, </w:t>
      </w:r>
      <w:proofErr w:type="spellStart"/>
      <w:r w:rsidRPr="00286141">
        <w:rPr>
          <w:rFonts w:cs="Times New Roman"/>
          <w:lang w:val="ru-RU"/>
        </w:rPr>
        <w:t>затвердженого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постановою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Кабінету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Міністрів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України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від</w:t>
      </w:r>
      <w:proofErr w:type="spellEnd"/>
      <w:r w:rsidRPr="00286141">
        <w:rPr>
          <w:rFonts w:cs="Times New Roman"/>
          <w:lang w:val="ru-RU"/>
        </w:rPr>
        <w:t xml:space="preserve"> 4 червня 2026 року № 736, </w:t>
      </w:r>
      <w:proofErr w:type="spellStart"/>
      <w:r w:rsidRPr="00286141">
        <w:rPr>
          <w:rFonts w:cs="Times New Roman"/>
          <w:lang w:val="ru-RU"/>
        </w:rPr>
        <w:t>посвідчення</w:t>
      </w:r>
      <w:proofErr w:type="spellEnd"/>
      <w:r w:rsidRPr="00286141">
        <w:rPr>
          <w:rFonts w:cs="Times New Roman"/>
          <w:lang w:val="ru-RU"/>
        </w:rPr>
        <w:t xml:space="preserve"> особи на </w:t>
      </w:r>
      <w:proofErr w:type="spellStart"/>
      <w:r w:rsidRPr="00286141">
        <w:rPr>
          <w:rFonts w:cs="Times New Roman"/>
          <w:lang w:val="ru-RU"/>
        </w:rPr>
        <w:t>повернення</w:t>
      </w:r>
      <w:proofErr w:type="spellEnd"/>
      <w:r w:rsidRPr="00286141">
        <w:rPr>
          <w:rFonts w:cs="Times New Roman"/>
          <w:lang w:val="ru-RU"/>
        </w:rPr>
        <w:t xml:space="preserve"> в </w:t>
      </w:r>
      <w:proofErr w:type="spellStart"/>
      <w:r w:rsidRPr="00286141">
        <w:rPr>
          <w:rFonts w:cs="Times New Roman"/>
          <w:lang w:val="ru-RU"/>
        </w:rPr>
        <w:t>Україну</w:t>
      </w:r>
      <w:proofErr w:type="spellEnd"/>
      <w:r w:rsidRPr="00286141">
        <w:rPr>
          <w:rFonts w:cs="Times New Roman"/>
          <w:lang w:val="ru-RU"/>
        </w:rPr>
        <w:t xml:space="preserve"> на </w:t>
      </w:r>
      <w:proofErr w:type="spellStart"/>
      <w:r w:rsidRPr="00286141">
        <w:rPr>
          <w:rFonts w:cs="Times New Roman"/>
          <w:lang w:val="ru-RU"/>
        </w:rPr>
        <w:t>ім’я</w:t>
      </w:r>
      <w:proofErr w:type="spellEnd"/>
      <w:r w:rsidRPr="00286141">
        <w:rPr>
          <w:rFonts w:cs="Times New Roman"/>
          <w:lang w:val="ru-RU"/>
        </w:rPr>
        <w:t>:</w:t>
      </w:r>
    </w:p>
    <w:p w14:paraId="17F419FD" w14:textId="5D618CED" w:rsidR="007606AD" w:rsidRPr="00286141" w:rsidRDefault="008A5B2E">
      <w:pPr>
        <w:spacing w:after="40" w:line="240" w:lineRule="auto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>__________________________________________________________________________________</w:t>
      </w:r>
      <w:r w:rsidR="00286141" w:rsidRPr="00286141">
        <w:rPr>
          <w:rFonts w:cs="Times New Roman"/>
          <w:lang w:val="ru-RU"/>
        </w:rPr>
        <w:t>.</w:t>
      </w:r>
      <w:r w:rsidRPr="00286141">
        <w:rPr>
          <w:rFonts w:cs="Times New Roman"/>
          <w:lang w:val="ru-RU"/>
        </w:rPr>
        <w:br/>
      </w:r>
      <w:r w:rsidR="00286141" w:rsidRPr="00286141">
        <w:rPr>
          <w:rFonts w:cs="Times New Roman"/>
          <w:i/>
          <w:sz w:val="20"/>
          <w:lang w:val="ru-RU"/>
        </w:rPr>
        <w:t xml:space="preserve">                                    </w:t>
      </w:r>
      <w:proofErr w:type="gramStart"/>
      <w:r w:rsidR="00286141" w:rsidRPr="00286141">
        <w:rPr>
          <w:rFonts w:cs="Times New Roman"/>
          <w:i/>
          <w:sz w:val="20"/>
          <w:lang w:val="ru-RU"/>
        </w:rPr>
        <w:t xml:space="preserve">   </w:t>
      </w:r>
      <w:r w:rsidRPr="00286141">
        <w:rPr>
          <w:rFonts w:cs="Times New Roman"/>
          <w:i/>
          <w:sz w:val="20"/>
          <w:lang w:val="ru-RU"/>
        </w:rPr>
        <w:t>(</w:t>
      </w:r>
      <w:proofErr w:type="spellStart"/>
      <w:proofErr w:type="gramEnd"/>
      <w:r w:rsidRPr="00286141">
        <w:rPr>
          <w:rFonts w:cs="Times New Roman"/>
          <w:i/>
          <w:sz w:val="20"/>
          <w:lang w:val="ru-RU"/>
        </w:rPr>
        <w:t>прізвище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, </w:t>
      </w:r>
      <w:proofErr w:type="spellStart"/>
      <w:r w:rsidRPr="00286141">
        <w:rPr>
          <w:rFonts w:cs="Times New Roman"/>
          <w:i/>
          <w:sz w:val="20"/>
          <w:lang w:val="ru-RU"/>
        </w:rPr>
        <w:t>власне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 </w:t>
      </w:r>
      <w:proofErr w:type="spellStart"/>
      <w:r w:rsidRPr="00286141">
        <w:rPr>
          <w:rFonts w:cs="Times New Roman"/>
          <w:i/>
          <w:sz w:val="20"/>
          <w:lang w:val="ru-RU"/>
        </w:rPr>
        <w:t>ім’я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, по </w:t>
      </w:r>
      <w:proofErr w:type="spellStart"/>
      <w:r w:rsidRPr="00286141">
        <w:rPr>
          <w:rFonts w:cs="Times New Roman"/>
          <w:i/>
          <w:sz w:val="20"/>
          <w:lang w:val="ru-RU"/>
        </w:rPr>
        <w:t>батькові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 (за </w:t>
      </w:r>
      <w:proofErr w:type="spellStart"/>
      <w:r w:rsidRPr="00286141">
        <w:rPr>
          <w:rFonts w:cs="Times New Roman"/>
          <w:i/>
          <w:sz w:val="20"/>
          <w:lang w:val="ru-RU"/>
        </w:rPr>
        <w:t>наявності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), дата </w:t>
      </w:r>
      <w:proofErr w:type="spellStart"/>
      <w:r w:rsidRPr="00286141">
        <w:rPr>
          <w:rFonts w:cs="Times New Roman"/>
          <w:i/>
          <w:sz w:val="20"/>
          <w:lang w:val="ru-RU"/>
        </w:rPr>
        <w:t>народження</w:t>
      </w:r>
      <w:proofErr w:type="spellEnd"/>
      <w:r w:rsidRPr="00286141">
        <w:rPr>
          <w:rFonts w:cs="Times New Roman"/>
          <w:i/>
          <w:sz w:val="20"/>
          <w:lang w:val="ru-RU"/>
        </w:rPr>
        <w:t>)</w:t>
      </w:r>
    </w:p>
    <w:p w14:paraId="0A95CD97" w14:textId="77777777" w:rsidR="007606AD" w:rsidRPr="00286141" w:rsidRDefault="008A5B2E" w:rsidP="00286141">
      <w:pPr>
        <w:spacing w:before="40" w:after="80" w:line="252" w:lineRule="auto"/>
        <w:jc w:val="both"/>
        <w:rPr>
          <w:rFonts w:cs="Times New Roman"/>
          <w:lang w:val="ru-RU"/>
        </w:rPr>
      </w:pPr>
      <w:proofErr w:type="spellStart"/>
      <w:r w:rsidRPr="00286141">
        <w:rPr>
          <w:rFonts w:cs="Times New Roman"/>
          <w:lang w:val="ru-RU"/>
        </w:rPr>
        <w:t>Відомості</w:t>
      </w:r>
      <w:proofErr w:type="spellEnd"/>
      <w:r w:rsidRPr="00286141">
        <w:rPr>
          <w:rFonts w:cs="Times New Roman"/>
          <w:lang w:val="ru-RU"/>
        </w:rPr>
        <w:t xml:space="preserve"> про особу, </w:t>
      </w:r>
      <w:proofErr w:type="spellStart"/>
      <w:r w:rsidRPr="00286141">
        <w:rPr>
          <w:rFonts w:cs="Times New Roman"/>
          <w:lang w:val="ru-RU"/>
        </w:rPr>
        <w:t>передбачені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підпунктом</w:t>
      </w:r>
      <w:proofErr w:type="spellEnd"/>
      <w:r w:rsidRPr="00286141">
        <w:rPr>
          <w:rFonts w:cs="Times New Roman"/>
          <w:lang w:val="ru-RU"/>
        </w:rPr>
        <w:t xml:space="preserve"> 1 пункту 5 </w:t>
      </w:r>
      <w:proofErr w:type="spellStart"/>
      <w:r w:rsidRPr="00286141">
        <w:rPr>
          <w:rFonts w:cs="Times New Roman"/>
          <w:lang w:val="ru-RU"/>
        </w:rPr>
        <w:t>зазначеного</w:t>
      </w:r>
      <w:proofErr w:type="spellEnd"/>
      <w:r w:rsidRPr="00286141">
        <w:rPr>
          <w:rFonts w:cs="Times New Roman"/>
          <w:lang w:val="ru-RU"/>
        </w:rPr>
        <w:t xml:space="preserve"> Порядку, у тому </w:t>
      </w:r>
      <w:proofErr w:type="spellStart"/>
      <w:r w:rsidRPr="00286141">
        <w:rPr>
          <w:rFonts w:cs="Times New Roman"/>
          <w:lang w:val="ru-RU"/>
        </w:rPr>
        <w:t>числі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всі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змінені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прізвища</w:t>
      </w:r>
      <w:proofErr w:type="spellEnd"/>
      <w:r w:rsidRPr="00286141">
        <w:rPr>
          <w:rFonts w:cs="Times New Roman"/>
          <w:lang w:val="ru-RU"/>
        </w:rPr>
        <w:t xml:space="preserve">, </w:t>
      </w:r>
      <w:proofErr w:type="spellStart"/>
      <w:r w:rsidRPr="00286141">
        <w:rPr>
          <w:rFonts w:cs="Times New Roman"/>
          <w:lang w:val="ru-RU"/>
        </w:rPr>
        <w:t>імена</w:t>
      </w:r>
      <w:proofErr w:type="spellEnd"/>
      <w:r w:rsidRPr="00286141">
        <w:rPr>
          <w:rFonts w:cs="Times New Roman"/>
          <w:lang w:val="ru-RU"/>
        </w:rPr>
        <w:t xml:space="preserve"> та по </w:t>
      </w:r>
      <w:proofErr w:type="spellStart"/>
      <w:r w:rsidRPr="00286141">
        <w:rPr>
          <w:rFonts w:cs="Times New Roman"/>
          <w:lang w:val="ru-RU"/>
        </w:rPr>
        <w:t>батькові</w:t>
      </w:r>
      <w:proofErr w:type="spellEnd"/>
      <w:r w:rsidRPr="00286141">
        <w:rPr>
          <w:rFonts w:cs="Times New Roman"/>
          <w:lang w:val="ru-RU"/>
        </w:rPr>
        <w:t xml:space="preserve">, дата і </w:t>
      </w:r>
      <w:proofErr w:type="spellStart"/>
      <w:r w:rsidRPr="00286141">
        <w:rPr>
          <w:rFonts w:cs="Times New Roman"/>
          <w:lang w:val="ru-RU"/>
        </w:rPr>
        <w:t>місце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народження</w:t>
      </w:r>
      <w:proofErr w:type="spellEnd"/>
      <w:r w:rsidRPr="00286141">
        <w:rPr>
          <w:rFonts w:cs="Times New Roman"/>
          <w:lang w:val="ru-RU"/>
        </w:rPr>
        <w:t xml:space="preserve">, </w:t>
      </w:r>
      <w:proofErr w:type="spellStart"/>
      <w:r w:rsidRPr="00286141">
        <w:rPr>
          <w:rFonts w:cs="Times New Roman"/>
          <w:lang w:val="ru-RU"/>
        </w:rPr>
        <w:t>адреси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задекларованого</w:t>
      </w:r>
      <w:proofErr w:type="spellEnd"/>
      <w:r w:rsidRPr="00286141">
        <w:rPr>
          <w:rFonts w:cs="Times New Roman"/>
          <w:lang w:val="ru-RU"/>
        </w:rPr>
        <w:t>/</w:t>
      </w:r>
      <w:proofErr w:type="spellStart"/>
      <w:r w:rsidRPr="00286141">
        <w:rPr>
          <w:rFonts w:cs="Times New Roman"/>
          <w:lang w:val="ru-RU"/>
        </w:rPr>
        <w:t>зареєстрованого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місця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проживання</w:t>
      </w:r>
      <w:proofErr w:type="spellEnd"/>
      <w:r w:rsidRPr="00286141">
        <w:rPr>
          <w:rFonts w:cs="Times New Roman"/>
          <w:lang w:val="ru-RU"/>
        </w:rPr>
        <w:t xml:space="preserve">, </w:t>
      </w:r>
      <w:proofErr w:type="spellStart"/>
      <w:r w:rsidRPr="00286141">
        <w:rPr>
          <w:rFonts w:cs="Times New Roman"/>
          <w:lang w:val="ru-RU"/>
        </w:rPr>
        <w:t>зазначені</w:t>
      </w:r>
      <w:proofErr w:type="spellEnd"/>
      <w:r w:rsidRPr="00286141">
        <w:rPr>
          <w:rFonts w:cs="Times New Roman"/>
          <w:lang w:val="ru-RU"/>
        </w:rPr>
        <w:t xml:space="preserve"> в </w:t>
      </w:r>
      <w:proofErr w:type="spellStart"/>
      <w:r w:rsidRPr="00286141">
        <w:rPr>
          <w:rFonts w:cs="Times New Roman"/>
          <w:lang w:val="ru-RU"/>
        </w:rPr>
        <w:t>опитувальнику</w:t>
      </w:r>
      <w:proofErr w:type="spellEnd"/>
      <w:r w:rsidRPr="00286141">
        <w:rPr>
          <w:rFonts w:cs="Times New Roman"/>
          <w:lang w:val="ru-RU"/>
        </w:rPr>
        <w:t xml:space="preserve"> за формою </w:t>
      </w:r>
      <w:proofErr w:type="spellStart"/>
      <w:r w:rsidRPr="00286141">
        <w:rPr>
          <w:rFonts w:cs="Times New Roman"/>
          <w:lang w:val="ru-RU"/>
        </w:rPr>
        <w:t>згідно</w:t>
      </w:r>
      <w:proofErr w:type="spellEnd"/>
      <w:r w:rsidRPr="00286141">
        <w:rPr>
          <w:rFonts w:cs="Times New Roman"/>
          <w:lang w:val="ru-RU"/>
        </w:rPr>
        <w:t xml:space="preserve"> з </w:t>
      </w:r>
      <w:proofErr w:type="spellStart"/>
      <w:r w:rsidRPr="00286141">
        <w:rPr>
          <w:rFonts w:cs="Times New Roman"/>
          <w:lang w:val="ru-RU"/>
        </w:rPr>
        <w:t>додатком</w:t>
      </w:r>
      <w:proofErr w:type="spellEnd"/>
      <w:r w:rsidRPr="00286141">
        <w:rPr>
          <w:rFonts w:cs="Times New Roman"/>
          <w:lang w:val="ru-RU"/>
        </w:rPr>
        <w:t xml:space="preserve"> 1, </w:t>
      </w:r>
      <w:proofErr w:type="spellStart"/>
      <w:r w:rsidRPr="00286141">
        <w:rPr>
          <w:rFonts w:cs="Times New Roman"/>
          <w:lang w:val="ru-RU"/>
        </w:rPr>
        <w:t>який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подається</w:t>
      </w:r>
      <w:proofErr w:type="spellEnd"/>
      <w:r w:rsidRPr="00286141">
        <w:rPr>
          <w:rFonts w:cs="Times New Roman"/>
          <w:lang w:val="ru-RU"/>
        </w:rPr>
        <w:t xml:space="preserve"> разом </w:t>
      </w:r>
      <w:proofErr w:type="spellStart"/>
      <w:r w:rsidRPr="00286141">
        <w:rPr>
          <w:rFonts w:cs="Times New Roman"/>
          <w:lang w:val="ru-RU"/>
        </w:rPr>
        <w:t>із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цією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заявою</w:t>
      </w:r>
      <w:proofErr w:type="spellEnd"/>
      <w:r w:rsidRPr="00286141">
        <w:rPr>
          <w:rFonts w:cs="Times New Roman"/>
          <w:lang w:val="ru-RU"/>
        </w:rPr>
        <w:t xml:space="preserve"> та є </w:t>
      </w:r>
      <w:proofErr w:type="spellStart"/>
      <w:r w:rsidRPr="00286141">
        <w:rPr>
          <w:rFonts w:cs="Times New Roman"/>
          <w:lang w:val="ru-RU"/>
        </w:rPr>
        <w:t>її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невід’ємним</w:t>
      </w:r>
      <w:proofErr w:type="spellEnd"/>
      <w:r w:rsidRPr="00286141">
        <w:rPr>
          <w:rFonts w:cs="Times New Roman"/>
          <w:lang w:val="ru-RU"/>
        </w:rPr>
        <w:t xml:space="preserve"> </w:t>
      </w:r>
      <w:proofErr w:type="spellStart"/>
      <w:r w:rsidRPr="00286141">
        <w:rPr>
          <w:rFonts w:cs="Times New Roman"/>
          <w:lang w:val="ru-RU"/>
        </w:rPr>
        <w:t>додатком</w:t>
      </w:r>
      <w:proofErr w:type="spellEnd"/>
      <w:r w:rsidRPr="00286141">
        <w:rPr>
          <w:rFonts w:cs="Times New Roman"/>
          <w:lang w:val="ru-RU"/>
        </w:rPr>
        <w:t>.</w:t>
      </w:r>
    </w:p>
    <w:p w14:paraId="2FFCC2B1" w14:textId="77777777" w:rsidR="007606AD" w:rsidRPr="00286141" w:rsidRDefault="008A5B2E">
      <w:pPr>
        <w:spacing w:before="20" w:after="20"/>
        <w:rPr>
          <w:rFonts w:cs="Times New Roman"/>
          <w:lang w:val="ru-RU"/>
        </w:rPr>
      </w:pPr>
      <w:proofErr w:type="spellStart"/>
      <w:r w:rsidRPr="00286141">
        <w:rPr>
          <w:rFonts w:cs="Times New Roman"/>
          <w:b/>
          <w:lang w:val="ru-RU"/>
        </w:rPr>
        <w:t>Обставини</w:t>
      </w:r>
      <w:proofErr w:type="spellEnd"/>
      <w:r w:rsidRPr="00286141">
        <w:rPr>
          <w:rFonts w:cs="Times New Roman"/>
          <w:b/>
          <w:lang w:val="ru-RU"/>
        </w:rPr>
        <w:t xml:space="preserve">, </w:t>
      </w:r>
      <w:proofErr w:type="spellStart"/>
      <w:r w:rsidRPr="00286141">
        <w:rPr>
          <w:rFonts w:cs="Times New Roman"/>
          <w:b/>
          <w:lang w:val="ru-RU"/>
        </w:rPr>
        <w:t>що</w:t>
      </w:r>
      <w:proofErr w:type="spellEnd"/>
      <w:r w:rsidRPr="00286141">
        <w:rPr>
          <w:rFonts w:cs="Times New Roman"/>
          <w:b/>
          <w:lang w:val="ru-RU"/>
        </w:rPr>
        <w:t xml:space="preserve"> </w:t>
      </w:r>
      <w:proofErr w:type="spellStart"/>
      <w:r w:rsidRPr="00286141">
        <w:rPr>
          <w:rFonts w:cs="Times New Roman"/>
          <w:b/>
          <w:lang w:val="ru-RU"/>
        </w:rPr>
        <w:t>зумовлюють</w:t>
      </w:r>
      <w:proofErr w:type="spellEnd"/>
      <w:r w:rsidRPr="00286141">
        <w:rPr>
          <w:rFonts w:cs="Times New Roman"/>
          <w:b/>
          <w:lang w:val="ru-RU"/>
        </w:rPr>
        <w:t xml:space="preserve"> </w:t>
      </w:r>
      <w:proofErr w:type="spellStart"/>
      <w:r w:rsidRPr="00286141">
        <w:rPr>
          <w:rFonts w:cs="Times New Roman"/>
          <w:b/>
          <w:lang w:val="ru-RU"/>
        </w:rPr>
        <w:t>необхідність</w:t>
      </w:r>
      <w:proofErr w:type="spellEnd"/>
      <w:r w:rsidRPr="00286141">
        <w:rPr>
          <w:rFonts w:cs="Times New Roman"/>
          <w:b/>
          <w:lang w:val="ru-RU"/>
        </w:rPr>
        <w:t xml:space="preserve"> </w:t>
      </w:r>
      <w:proofErr w:type="spellStart"/>
      <w:r w:rsidRPr="00286141">
        <w:rPr>
          <w:rFonts w:cs="Times New Roman"/>
          <w:b/>
          <w:lang w:val="ru-RU"/>
        </w:rPr>
        <w:t>оформлення</w:t>
      </w:r>
      <w:proofErr w:type="spellEnd"/>
      <w:r w:rsidRPr="00286141">
        <w:rPr>
          <w:rFonts w:cs="Times New Roman"/>
          <w:b/>
          <w:lang w:val="ru-RU"/>
        </w:rPr>
        <w:t xml:space="preserve"> </w:t>
      </w:r>
      <w:proofErr w:type="spellStart"/>
      <w:r w:rsidRPr="00286141">
        <w:rPr>
          <w:rFonts w:cs="Times New Roman"/>
          <w:b/>
          <w:lang w:val="ru-RU"/>
        </w:rPr>
        <w:t>посвідчення</w:t>
      </w:r>
      <w:proofErr w:type="spellEnd"/>
      <w:r w:rsidRPr="00286141">
        <w:rPr>
          <w:rFonts w:cs="Times New Roman"/>
          <w:b/>
          <w:lang w:val="ru-RU"/>
        </w:rPr>
        <w:t>:</w:t>
      </w:r>
    </w:p>
    <w:p w14:paraId="0EC5D9EB" w14:textId="5FB515A7" w:rsidR="007606AD" w:rsidRPr="00286141" w:rsidRDefault="008A5B2E" w:rsidP="00E76310">
      <w:pPr>
        <w:spacing w:after="20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>______</w:t>
      </w:r>
      <w:r w:rsidRPr="00286141">
        <w:rPr>
          <w:rFonts w:cs="Times New Roman"/>
          <w:lang w:val="ru-RU"/>
        </w:rPr>
        <w:t>____________________________________________________________________________</w:t>
      </w:r>
    </w:p>
    <w:p w14:paraId="5745C923" w14:textId="1CE18F93" w:rsidR="007606AD" w:rsidRPr="00286141" w:rsidRDefault="008A5B2E" w:rsidP="00E76310">
      <w:pPr>
        <w:spacing w:after="20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>_______</w:t>
      </w:r>
      <w:r w:rsidRPr="00286141">
        <w:rPr>
          <w:rFonts w:cs="Times New Roman"/>
          <w:lang w:val="ru-RU"/>
        </w:rPr>
        <w:t>___________________________________________________________________________</w:t>
      </w:r>
    </w:p>
    <w:p w14:paraId="08A77685" w14:textId="77777777" w:rsidR="00E76310" w:rsidRDefault="00E76310" w:rsidP="00E76310">
      <w:pPr>
        <w:spacing w:after="40"/>
        <w:jc w:val="both"/>
        <w:rPr>
          <w:rFonts w:cs="Times New Roman"/>
          <w:szCs w:val="24"/>
          <w:lang w:val="ru-RU"/>
        </w:rPr>
      </w:pPr>
    </w:p>
    <w:p w14:paraId="6D3D5BFB" w14:textId="159177A3" w:rsidR="007606AD" w:rsidRPr="00286141" w:rsidRDefault="008A5B2E" w:rsidP="00286141">
      <w:pPr>
        <w:spacing w:after="40" w:line="240" w:lineRule="auto"/>
        <w:jc w:val="both"/>
        <w:rPr>
          <w:rFonts w:cs="Times New Roman"/>
          <w:szCs w:val="24"/>
          <w:lang w:val="ru-RU"/>
        </w:rPr>
      </w:pPr>
      <w:r w:rsidRPr="00286141">
        <w:rPr>
          <w:rFonts w:cs="Times New Roman"/>
          <w:szCs w:val="24"/>
          <w:lang w:val="ru-RU"/>
        </w:rPr>
        <w:t xml:space="preserve">У </w:t>
      </w:r>
      <w:proofErr w:type="spellStart"/>
      <w:r w:rsidRPr="00286141">
        <w:rPr>
          <w:rFonts w:cs="Times New Roman"/>
          <w:szCs w:val="24"/>
          <w:lang w:val="ru-RU"/>
        </w:rPr>
        <w:t>разі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необхідності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проведення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процедури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встановлення</w:t>
      </w:r>
      <w:proofErr w:type="spellEnd"/>
      <w:r w:rsidRPr="00286141">
        <w:rPr>
          <w:rFonts w:cs="Times New Roman"/>
          <w:szCs w:val="24"/>
          <w:lang w:val="ru-RU"/>
        </w:rPr>
        <w:t xml:space="preserve"> особи прошу </w:t>
      </w:r>
      <w:proofErr w:type="spellStart"/>
      <w:r w:rsidRPr="00286141">
        <w:rPr>
          <w:rFonts w:cs="Times New Roman"/>
          <w:szCs w:val="24"/>
          <w:lang w:val="ru-RU"/>
        </w:rPr>
        <w:t>залучити</w:t>
      </w:r>
      <w:proofErr w:type="spellEnd"/>
      <w:r w:rsidRPr="00286141">
        <w:rPr>
          <w:rFonts w:cs="Times New Roman"/>
          <w:szCs w:val="24"/>
          <w:lang w:val="ru-RU"/>
        </w:rPr>
        <w:t xml:space="preserve"> як </w:t>
      </w:r>
      <w:proofErr w:type="spellStart"/>
      <w:r w:rsidRPr="00286141">
        <w:rPr>
          <w:rFonts w:cs="Times New Roman"/>
          <w:szCs w:val="24"/>
          <w:lang w:val="ru-RU"/>
        </w:rPr>
        <w:t>свідка</w:t>
      </w:r>
      <w:proofErr w:type="spellEnd"/>
      <w:r w:rsidRPr="00286141">
        <w:rPr>
          <w:rFonts w:cs="Times New Roman"/>
          <w:szCs w:val="24"/>
          <w:lang w:val="ru-RU"/>
        </w:rPr>
        <w:t>:</w:t>
      </w:r>
    </w:p>
    <w:p w14:paraId="65FE8F9D" w14:textId="5B8B8F63" w:rsidR="007606AD" w:rsidRPr="00286141" w:rsidRDefault="008A5B2E">
      <w:pPr>
        <w:spacing w:after="40" w:line="240" w:lineRule="auto"/>
        <w:rPr>
          <w:rFonts w:cs="Times New Roman"/>
          <w:szCs w:val="24"/>
          <w:lang w:val="ru-RU"/>
        </w:rPr>
      </w:pPr>
      <w:r w:rsidRPr="00286141">
        <w:rPr>
          <w:rFonts w:cs="Times New Roman"/>
          <w:szCs w:val="24"/>
          <w:lang w:val="ru-RU"/>
        </w:rPr>
        <w:t>______________</w:t>
      </w:r>
      <w:r w:rsidRPr="00286141">
        <w:rPr>
          <w:rFonts w:cs="Times New Roman"/>
          <w:szCs w:val="24"/>
          <w:lang w:val="ru-RU"/>
        </w:rPr>
        <w:t>___________________</w:t>
      </w:r>
      <w:r w:rsidR="00286141" w:rsidRPr="00286141">
        <w:rPr>
          <w:rFonts w:cs="Times New Roman"/>
          <w:szCs w:val="24"/>
          <w:lang w:val="ru-RU"/>
        </w:rPr>
        <w:t>________</w:t>
      </w:r>
      <w:r w:rsidRPr="00286141">
        <w:rPr>
          <w:rFonts w:cs="Times New Roman"/>
          <w:szCs w:val="24"/>
          <w:lang w:val="ru-RU"/>
        </w:rPr>
        <w:t>_________________________________________</w:t>
      </w:r>
      <w:r w:rsidRPr="00286141">
        <w:rPr>
          <w:rFonts w:cs="Times New Roman"/>
          <w:szCs w:val="24"/>
          <w:lang w:val="ru-RU"/>
        </w:rPr>
        <w:br/>
      </w:r>
      <w:r w:rsidR="00286141" w:rsidRPr="00286141">
        <w:rPr>
          <w:rFonts w:cs="Times New Roman"/>
          <w:szCs w:val="24"/>
          <w:lang w:val="ru-RU"/>
        </w:rPr>
        <w:t xml:space="preserve">                                         </w:t>
      </w:r>
      <w:r w:rsidR="00286141" w:rsidRPr="00286141">
        <w:rPr>
          <w:rFonts w:cs="Times New Roman"/>
          <w:sz w:val="20"/>
          <w:szCs w:val="20"/>
          <w:lang w:val="ru-RU"/>
        </w:rPr>
        <w:t xml:space="preserve"> </w:t>
      </w:r>
      <w:r w:rsidRPr="00286141">
        <w:rPr>
          <w:rFonts w:cs="Times New Roman"/>
          <w:sz w:val="20"/>
          <w:szCs w:val="20"/>
          <w:lang w:val="ru-RU"/>
        </w:rPr>
        <w:t>(ПІБ,</w:t>
      </w:r>
      <w:r w:rsidR="00286141" w:rsidRPr="00286141">
        <w:rPr>
          <w:rFonts w:cs="Times New Roman"/>
          <w:sz w:val="20"/>
          <w:szCs w:val="20"/>
          <w:lang w:val="ru-RU"/>
        </w:rPr>
        <w:t xml:space="preserve"> дата </w:t>
      </w:r>
      <w:proofErr w:type="spellStart"/>
      <w:r w:rsidR="00286141" w:rsidRPr="00286141">
        <w:rPr>
          <w:rFonts w:cs="Times New Roman"/>
          <w:sz w:val="20"/>
          <w:szCs w:val="20"/>
          <w:lang w:val="ru-RU"/>
        </w:rPr>
        <w:t>народження</w:t>
      </w:r>
      <w:proofErr w:type="spellEnd"/>
      <w:r w:rsidR="00286141" w:rsidRPr="00286141">
        <w:rPr>
          <w:rFonts w:cs="Times New Roman"/>
          <w:sz w:val="20"/>
          <w:szCs w:val="20"/>
          <w:lang w:val="ru-RU"/>
        </w:rPr>
        <w:t>,</w:t>
      </w:r>
      <w:r w:rsidRPr="00286141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286141">
        <w:rPr>
          <w:rFonts w:cs="Times New Roman"/>
          <w:sz w:val="20"/>
          <w:szCs w:val="20"/>
          <w:lang w:val="ru-RU"/>
        </w:rPr>
        <w:t>ступінь</w:t>
      </w:r>
      <w:proofErr w:type="spellEnd"/>
      <w:r w:rsidRPr="00286141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286141">
        <w:rPr>
          <w:rFonts w:cs="Times New Roman"/>
          <w:sz w:val="20"/>
          <w:szCs w:val="20"/>
          <w:lang w:val="ru-RU"/>
        </w:rPr>
        <w:t>родинного</w:t>
      </w:r>
      <w:proofErr w:type="spellEnd"/>
      <w:r w:rsidRPr="00286141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286141">
        <w:rPr>
          <w:rFonts w:cs="Times New Roman"/>
          <w:sz w:val="20"/>
          <w:szCs w:val="20"/>
          <w:lang w:val="ru-RU"/>
        </w:rPr>
        <w:t>зв’язку</w:t>
      </w:r>
      <w:proofErr w:type="spellEnd"/>
      <w:r w:rsidRPr="00286141">
        <w:rPr>
          <w:rFonts w:cs="Times New Roman"/>
          <w:sz w:val="20"/>
          <w:szCs w:val="20"/>
          <w:lang w:val="ru-RU"/>
        </w:rPr>
        <w:t>)</w:t>
      </w:r>
      <w:r w:rsidRPr="00286141">
        <w:rPr>
          <w:rFonts w:cs="Times New Roman"/>
          <w:szCs w:val="24"/>
          <w:lang w:val="ru-RU"/>
        </w:rPr>
        <w:br/>
      </w:r>
      <w:proofErr w:type="spellStart"/>
      <w:r w:rsidRPr="00286141">
        <w:rPr>
          <w:rFonts w:cs="Times New Roman"/>
          <w:szCs w:val="24"/>
          <w:lang w:val="ru-RU"/>
        </w:rPr>
        <w:t>контактний</w:t>
      </w:r>
      <w:proofErr w:type="spellEnd"/>
      <w:r w:rsidRPr="00286141">
        <w:rPr>
          <w:rFonts w:cs="Times New Roman"/>
          <w:szCs w:val="24"/>
          <w:lang w:val="ru-RU"/>
        </w:rPr>
        <w:t xml:space="preserve"> номер телефону: ______</w:t>
      </w:r>
      <w:r w:rsidR="00286141" w:rsidRPr="00286141">
        <w:rPr>
          <w:rFonts w:cs="Times New Roman"/>
          <w:szCs w:val="24"/>
          <w:lang w:val="ru-RU"/>
        </w:rPr>
        <w:t>______</w:t>
      </w:r>
      <w:r w:rsidRPr="00286141">
        <w:rPr>
          <w:rFonts w:cs="Times New Roman"/>
          <w:szCs w:val="24"/>
          <w:lang w:val="ru-RU"/>
        </w:rPr>
        <w:t xml:space="preserve">_______   </w:t>
      </w:r>
      <w:r w:rsidRPr="00286141">
        <w:rPr>
          <w:rFonts w:cs="Times New Roman"/>
          <w:szCs w:val="24"/>
        </w:rPr>
        <w:t>e</w:t>
      </w:r>
      <w:r w:rsidRPr="00286141">
        <w:rPr>
          <w:rFonts w:cs="Times New Roman"/>
          <w:szCs w:val="24"/>
          <w:lang w:val="ru-RU"/>
        </w:rPr>
        <w:t>-</w:t>
      </w:r>
      <w:r w:rsidRPr="00286141">
        <w:rPr>
          <w:rFonts w:cs="Times New Roman"/>
          <w:szCs w:val="24"/>
        </w:rPr>
        <w:t>mail</w:t>
      </w:r>
      <w:r w:rsidRPr="00286141">
        <w:rPr>
          <w:rFonts w:cs="Times New Roman"/>
          <w:szCs w:val="24"/>
          <w:lang w:val="ru-RU"/>
        </w:rPr>
        <w:t>: ____________</w:t>
      </w:r>
      <w:r w:rsidR="00286141" w:rsidRPr="00286141">
        <w:rPr>
          <w:rFonts w:cs="Times New Roman"/>
          <w:szCs w:val="24"/>
          <w:lang w:val="ru-RU"/>
        </w:rPr>
        <w:t>_____</w:t>
      </w:r>
      <w:r w:rsidRPr="00286141">
        <w:rPr>
          <w:rFonts w:cs="Times New Roman"/>
          <w:szCs w:val="24"/>
          <w:lang w:val="ru-RU"/>
        </w:rPr>
        <w:t>_____________</w:t>
      </w:r>
    </w:p>
    <w:p w14:paraId="3DAF5241" w14:textId="77777777" w:rsidR="00FF6A05" w:rsidRDefault="00FF6A05">
      <w:pPr>
        <w:spacing w:after="40" w:line="240" w:lineRule="auto"/>
        <w:rPr>
          <w:rFonts w:cs="Times New Roman"/>
          <w:szCs w:val="24"/>
          <w:lang w:val="ru-RU"/>
        </w:rPr>
      </w:pPr>
    </w:p>
    <w:p w14:paraId="71D8555F" w14:textId="7CF427FF" w:rsidR="007606AD" w:rsidRPr="00286141" w:rsidRDefault="008A5B2E">
      <w:pPr>
        <w:spacing w:after="40" w:line="240" w:lineRule="auto"/>
        <w:rPr>
          <w:rFonts w:cs="Times New Roman"/>
          <w:szCs w:val="24"/>
          <w:lang w:val="ru-RU"/>
        </w:rPr>
      </w:pPr>
      <w:proofErr w:type="spellStart"/>
      <w:r w:rsidRPr="00286141">
        <w:rPr>
          <w:rFonts w:cs="Times New Roman"/>
          <w:szCs w:val="24"/>
          <w:lang w:val="ru-RU"/>
        </w:rPr>
        <w:t>Спосіб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участі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свідка</w:t>
      </w:r>
      <w:proofErr w:type="spellEnd"/>
      <w:r w:rsidRPr="00286141">
        <w:rPr>
          <w:rFonts w:cs="Times New Roman"/>
          <w:szCs w:val="24"/>
          <w:lang w:val="ru-RU"/>
        </w:rPr>
        <w:t xml:space="preserve"> у </w:t>
      </w:r>
      <w:proofErr w:type="spellStart"/>
      <w:r w:rsidRPr="00286141">
        <w:rPr>
          <w:rFonts w:cs="Times New Roman"/>
          <w:szCs w:val="24"/>
          <w:lang w:val="ru-RU"/>
        </w:rPr>
        <w:t>процедурі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встановлення</w:t>
      </w:r>
      <w:proofErr w:type="spellEnd"/>
      <w:r w:rsidRPr="00286141">
        <w:rPr>
          <w:rFonts w:cs="Times New Roman"/>
          <w:szCs w:val="24"/>
          <w:lang w:val="ru-RU"/>
        </w:rPr>
        <w:t xml:space="preserve"> особи:</w:t>
      </w:r>
      <w:r w:rsidRPr="00286141">
        <w:rPr>
          <w:rFonts w:cs="Times New Roman"/>
          <w:szCs w:val="24"/>
          <w:lang w:val="ru-RU"/>
        </w:rPr>
        <w:br/>
        <w:t xml:space="preserve">□ </w:t>
      </w:r>
      <w:proofErr w:type="spellStart"/>
      <w:r w:rsidRPr="00286141">
        <w:rPr>
          <w:rFonts w:cs="Times New Roman"/>
          <w:szCs w:val="24"/>
          <w:lang w:val="ru-RU"/>
        </w:rPr>
        <w:t>особисто</w:t>
      </w:r>
      <w:proofErr w:type="spellEnd"/>
      <w:r w:rsidRPr="00286141">
        <w:rPr>
          <w:rFonts w:cs="Times New Roman"/>
          <w:szCs w:val="24"/>
          <w:lang w:val="ru-RU"/>
        </w:rPr>
        <w:t xml:space="preserve"> у </w:t>
      </w:r>
      <w:proofErr w:type="spellStart"/>
      <w:r w:rsidRPr="00286141">
        <w:rPr>
          <w:rFonts w:cs="Times New Roman"/>
          <w:szCs w:val="24"/>
          <w:lang w:val="ru-RU"/>
        </w:rPr>
        <w:t>приміщенні</w:t>
      </w:r>
      <w:proofErr w:type="spellEnd"/>
      <w:r w:rsidRPr="00286141">
        <w:rPr>
          <w:rFonts w:cs="Times New Roman"/>
          <w:szCs w:val="24"/>
          <w:lang w:val="ru-RU"/>
        </w:rPr>
        <w:t xml:space="preserve"> Генерального консульства </w:t>
      </w:r>
      <w:proofErr w:type="spellStart"/>
      <w:r w:rsidRPr="00286141">
        <w:rPr>
          <w:rFonts w:cs="Times New Roman"/>
          <w:szCs w:val="24"/>
          <w:lang w:val="ru-RU"/>
        </w:rPr>
        <w:t>України</w:t>
      </w:r>
      <w:proofErr w:type="spellEnd"/>
      <w:r w:rsidRPr="00286141">
        <w:rPr>
          <w:rFonts w:cs="Times New Roman"/>
          <w:szCs w:val="24"/>
          <w:lang w:val="ru-RU"/>
        </w:rPr>
        <w:t xml:space="preserve"> в </w:t>
      </w:r>
      <w:proofErr w:type="spellStart"/>
      <w:r w:rsidRPr="00286141">
        <w:rPr>
          <w:rFonts w:cs="Times New Roman"/>
          <w:szCs w:val="24"/>
          <w:lang w:val="ru-RU"/>
        </w:rPr>
        <w:t>Анталії</w:t>
      </w:r>
      <w:proofErr w:type="spellEnd"/>
      <w:r w:rsidRPr="00286141">
        <w:rPr>
          <w:rFonts w:cs="Times New Roman"/>
          <w:szCs w:val="24"/>
          <w:lang w:val="ru-RU"/>
        </w:rPr>
        <w:br/>
        <w:t xml:space="preserve">□ у </w:t>
      </w:r>
      <w:proofErr w:type="spellStart"/>
      <w:r w:rsidRPr="00286141">
        <w:rPr>
          <w:rFonts w:cs="Times New Roman"/>
          <w:szCs w:val="24"/>
          <w:lang w:val="ru-RU"/>
        </w:rPr>
        <w:t>режимі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відеоконференцзв’язку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засобами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r w:rsidRPr="00286141">
        <w:rPr>
          <w:rFonts w:cs="Times New Roman"/>
          <w:szCs w:val="24"/>
        </w:rPr>
        <w:t>Microsoft</w:t>
      </w:r>
      <w:r w:rsidRPr="00286141">
        <w:rPr>
          <w:rFonts w:cs="Times New Roman"/>
          <w:szCs w:val="24"/>
          <w:lang w:val="ru-RU"/>
        </w:rPr>
        <w:t xml:space="preserve"> </w:t>
      </w:r>
      <w:r w:rsidRPr="00286141">
        <w:rPr>
          <w:rFonts w:cs="Times New Roman"/>
          <w:szCs w:val="24"/>
        </w:rPr>
        <w:t>Teams</w:t>
      </w:r>
    </w:p>
    <w:p w14:paraId="13500777" w14:textId="05D527FE" w:rsidR="007606AD" w:rsidRPr="00286141" w:rsidRDefault="008A5B2E" w:rsidP="00131F13">
      <w:pPr>
        <w:spacing w:before="120" w:after="80" w:line="252" w:lineRule="auto"/>
        <w:jc w:val="both"/>
        <w:rPr>
          <w:rFonts w:cs="Times New Roman"/>
          <w:szCs w:val="24"/>
          <w:lang w:val="ru-RU"/>
        </w:rPr>
      </w:pPr>
      <w:r w:rsidRPr="00286141">
        <w:rPr>
          <w:rFonts w:cs="Times New Roman"/>
          <w:szCs w:val="24"/>
          <w:lang w:val="ru-RU"/>
        </w:rPr>
        <w:t xml:space="preserve">Прошу </w:t>
      </w:r>
      <w:proofErr w:type="spellStart"/>
      <w:r w:rsidRPr="00286141">
        <w:rPr>
          <w:rFonts w:cs="Times New Roman"/>
          <w:szCs w:val="24"/>
          <w:lang w:val="ru-RU"/>
        </w:rPr>
        <w:t>прийняти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заяву</w:t>
      </w:r>
      <w:proofErr w:type="spellEnd"/>
      <w:r w:rsidRPr="00286141">
        <w:rPr>
          <w:rFonts w:cs="Times New Roman"/>
          <w:szCs w:val="24"/>
          <w:lang w:val="ru-RU"/>
        </w:rPr>
        <w:t xml:space="preserve"> та </w:t>
      </w:r>
      <w:proofErr w:type="spellStart"/>
      <w:r w:rsidRPr="00286141">
        <w:rPr>
          <w:rFonts w:cs="Times New Roman"/>
          <w:szCs w:val="24"/>
          <w:lang w:val="ru-RU"/>
        </w:rPr>
        <w:t>додані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документи</w:t>
      </w:r>
      <w:proofErr w:type="spellEnd"/>
      <w:r w:rsidRPr="00286141">
        <w:rPr>
          <w:rFonts w:cs="Times New Roman"/>
          <w:szCs w:val="24"/>
          <w:lang w:val="ru-RU"/>
        </w:rPr>
        <w:t xml:space="preserve">, провести </w:t>
      </w:r>
      <w:proofErr w:type="spellStart"/>
      <w:r w:rsidRPr="00286141">
        <w:rPr>
          <w:rFonts w:cs="Times New Roman"/>
          <w:szCs w:val="24"/>
          <w:lang w:val="ru-RU"/>
        </w:rPr>
        <w:t>передбачені</w:t>
      </w:r>
      <w:proofErr w:type="spellEnd"/>
      <w:r w:rsidRPr="00286141">
        <w:rPr>
          <w:rFonts w:cs="Times New Roman"/>
          <w:szCs w:val="24"/>
          <w:lang w:val="ru-RU"/>
        </w:rPr>
        <w:t xml:space="preserve"> Порядком </w:t>
      </w:r>
      <w:proofErr w:type="spellStart"/>
      <w:r w:rsidRPr="00286141">
        <w:rPr>
          <w:rFonts w:cs="Times New Roman"/>
          <w:szCs w:val="24"/>
          <w:lang w:val="ru-RU"/>
        </w:rPr>
        <w:t>перевірки</w:t>
      </w:r>
      <w:proofErr w:type="spellEnd"/>
      <w:r w:rsidRPr="00286141">
        <w:rPr>
          <w:rFonts w:cs="Times New Roman"/>
          <w:szCs w:val="24"/>
          <w:lang w:val="ru-RU"/>
        </w:rPr>
        <w:t xml:space="preserve"> і за </w:t>
      </w:r>
      <w:proofErr w:type="spellStart"/>
      <w:r w:rsidRPr="00286141">
        <w:rPr>
          <w:rFonts w:cs="Times New Roman"/>
          <w:szCs w:val="24"/>
          <w:lang w:val="ru-RU"/>
        </w:rPr>
        <w:t>їх</w:t>
      </w:r>
      <w:proofErr w:type="spellEnd"/>
      <w:r w:rsidRPr="00286141">
        <w:rPr>
          <w:rFonts w:cs="Times New Roman"/>
          <w:szCs w:val="24"/>
          <w:lang w:val="ru-RU"/>
        </w:rPr>
        <w:t xml:space="preserve"> результатами </w:t>
      </w:r>
      <w:proofErr w:type="spellStart"/>
      <w:r w:rsidRPr="00286141">
        <w:rPr>
          <w:rFonts w:cs="Times New Roman"/>
          <w:szCs w:val="24"/>
          <w:lang w:val="ru-RU"/>
        </w:rPr>
        <w:t>оформити</w:t>
      </w:r>
      <w:proofErr w:type="spellEnd"/>
      <w:r w:rsidRPr="00286141">
        <w:rPr>
          <w:rFonts w:cs="Times New Roman"/>
          <w:szCs w:val="24"/>
          <w:lang w:val="ru-RU"/>
        </w:rPr>
        <w:t xml:space="preserve"> </w:t>
      </w:r>
      <w:proofErr w:type="spellStart"/>
      <w:r w:rsidRPr="00286141">
        <w:rPr>
          <w:rFonts w:cs="Times New Roman"/>
          <w:szCs w:val="24"/>
          <w:lang w:val="ru-RU"/>
        </w:rPr>
        <w:t>посвідчення</w:t>
      </w:r>
      <w:proofErr w:type="spellEnd"/>
      <w:r w:rsidRPr="00286141">
        <w:rPr>
          <w:rFonts w:cs="Times New Roman"/>
          <w:szCs w:val="24"/>
          <w:lang w:val="ru-RU"/>
        </w:rPr>
        <w:t xml:space="preserve"> особи на </w:t>
      </w:r>
      <w:proofErr w:type="spellStart"/>
      <w:r w:rsidRPr="00286141">
        <w:rPr>
          <w:rFonts w:cs="Times New Roman"/>
          <w:szCs w:val="24"/>
          <w:lang w:val="ru-RU"/>
        </w:rPr>
        <w:t>повернення</w:t>
      </w:r>
      <w:proofErr w:type="spellEnd"/>
      <w:r w:rsidRPr="00286141">
        <w:rPr>
          <w:rFonts w:cs="Times New Roman"/>
          <w:szCs w:val="24"/>
          <w:lang w:val="ru-RU"/>
        </w:rPr>
        <w:t xml:space="preserve"> в </w:t>
      </w:r>
      <w:proofErr w:type="spellStart"/>
      <w:r w:rsidRPr="00286141">
        <w:rPr>
          <w:rFonts w:cs="Times New Roman"/>
          <w:szCs w:val="24"/>
          <w:lang w:val="ru-RU"/>
        </w:rPr>
        <w:t>Україну</w:t>
      </w:r>
      <w:proofErr w:type="spellEnd"/>
      <w:r w:rsidRPr="00286141">
        <w:rPr>
          <w:rFonts w:cs="Times New Roman"/>
          <w:szCs w:val="24"/>
          <w:lang w:val="ru-RU"/>
        </w:rPr>
        <w:t>.</w:t>
      </w:r>
    </w:p>
    <w:p w14:paraId="4F4EA53A" w14:textId="77777777" w:rsidR="00286141" w:rsidRDefault="00286141">
      <w:pPr>
        <w:spacing w:before="160" w:after="0"/>
        <w:rPr>
          <w:rFonts w:cs="Times New Roman"/>
          <w:lang w:val="ru-RU"/>
        </w:rPr>
      </w:pPr>
    </w:p>
    <w:p w14:paraId="4E84B1FD" w14:textId="343A5A50" w:rsidR="007606AD" w:rsidRPr="00286141" w:rsidRDefault="008A5B2E">
      <w:pPr>
        <w:spacing w:before="160" w:after="0"/>
        <w:rPr>
          <w:rFonts w:cs="Times New Roman"/>
          <w:lang w:val="ru-RU"/>
        </w:rPr>
      </w:pPr>
      <w:r w:rsidRPr="00286141">
        <w:rPr>
          <w:rFonts w:cs="Times New Roman"/>
          <w:lang w:val="ru-RU"/>
        </w:rPr>
        <w:t xml:space="preserve">«____» ______________ 20___ року       </w:t>
      </w:r>
      <w:r w:rsidR="00131F13">
        <w:rPr>
          <w:rFonts w:cs="Times New Roman"/>
          <w:lang w:val="ru-RU"/>
        </w:rPr>
        <w:t xml:space="preserve">                                                          </w:t>
      </w:r>
      <w:r w:rsidRPr="00286141">
        <w:rPr>
          <w:rFonts w:cs="Times New Roman"/>
          <w:lang w:val="ru-RU"/>
        </w:rPr>
        <w:t xml:space="preserve"> __________________        </w:t>
      </w:r>
      <w:r w:rsidRPr="00286141">
        <w:rPr>
          <w:rFonts w:cs="Times New Roman"/>
          <w:lang w:val="ru-RU"/>
        </w:rPr>
        <w:br/>
      </w:r>
      <w:r w:rsidRPr="00286141">
        <w:rPr>
          <w:rFonts w:cs="Times New Roman"/>
          <w:i/>
          <w:sz w:val="20"/>
          <w:lang w:val="ru-RU"/>
        </w:rPr>
        <w:t xml:space="preserve">                                                        </w:t>
      </w:r>
      <w:r w:rsidR="00286141">
        <w:rPr>
          <w:rFonts w:cs="Times New Roman"/>
          <w:i/>
          <w:sz w:val="20"/>
          <w:lang w:val="ru-RU"/>
        </w:rPr>
        <w:t xml:space="preserve">                                        </w:t>
      </w:r>
      <w:r w:rsidRPr="00286141">
        <w:rPr>
          <w:rFonts w:cs="Times New Roman"/>
          <w:i/>
          <w:sz w:val="20"/>
          <w:lang w:val="ru-RU"/>
        </w:rPr>
        <w:t xml:space="preserve"> </w:t>
      </w:r>
      <w:r w:rsidR="00131F13">
        <w:rPr>
          <w:rFonts w:cs="Times New Roman"/>
          <w:i/>
          <w:sz w:val="20"/>
          <w:lang w:val="ru-RU"/>
        </w:rPr>
        <w:t xml:space="preserve">                                                                      </w:t>
      </w:r>
      <w:proofErr w:type="gramStart"/>
      <w:r w:rsidR="00131F13">
        <w:rPr>
          <w:rFonts w:cs="Times New Roman"/>
          <w:i/>
          <w:sz w:val="20"/>
          <w:lang w:val="ru-RU"/>
        </w:rPr>
        <w:t xml:space="preserve">  </w:t>
      </w:r>
      <w:r w:rsidRPr="00286141">
        <w:rPr>
          <w:rFonts w:cs="Times New Roman"/>
          <w:i/>
          <w:sz w:val="20"/>
          <w:lang w:val="ru-RU"/>
        </w:rPr>
        <w:t xml:space="preserve"> (</w:t>
      </w:r>
      <w:proofErr w:type="spellStart"/>
      <w:proofErr w:type="gramEnd"/>
      <w:r w:rsidRPr="00286141">
        <w:rPr>
          <w:rFonts w:cs="Times New Roman"/>
          <w:i/>
          <w:sz w:val="20"/>
          <w:lang w:val="ru-RU"/>
        </w:rPr>
        <w:t>підпис</w:t>
      </w:r>
      <w:proofErr w:type="spellEnd"/>
      <w:r w:rsidRPr="00286141">
        <w:rPr>
          <w:rFonts w:cs="Times New Roman"/>
          <w:i/>
          <w:sz w:val="20"/>
          <w:lang w:val="ru-RU"/>
        </w:rPr>
        <w:t xml:space="preserve">)                 </w:t>
      </w:r>
      <w:r w:rsidR="00286141">
        <w:rPr>
          <w:rFonts w:cs="Times New Roman"/>
          <w:i/>
          <w:sz w:val="20"/>
          <w:lang w:val="ru-RU"/>
        </w:rPr>
        <w:t xml:space="preserve">                       </w:t>
      </w:r>
      <w:r w:rsidRPr="00286141">
        <w:rPr>
          <w:rFonts w:cs="Times New Roman"/>
          <w:i/>
          <w:sz w:val="20"/>
          <w:lang w:val="ru-RU"/>
        </w:rPr>
        <w:t xml:space="preserve"> </w:t>
      </w:r>
    </w:p>
    <w:sectPr w:rsidR="007606AD" w:rsidRPr="00286141" w:rsidSect="00FF6A05">
      <w:pgSz w:w="11906" w:h="16838" w:code="9"/>
      <w:pgMar w:top="567" w:right="850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1D9C" w14:textId="77777777" w:rsidR="008A5B2E" w:rsidRDefault="008A5B2E">
      <w:pPr>
        <w:spacing w:after="0" w:line="240" w:lineRule="auto"/>
      </w:pPr>
      <w:r>
        <w:separator/>
      </w:r>
    </w:p>
  </w:endnote>
  <w:endnote w:type="continuationSeparator" w:id="0">
    <w:p w14:paraId="493B6200" w14:textId="77777777" w:rsidR="008A5B2E" w:rsidRDefault="008A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BB96" w14:textId="77777777" w:rsidR="008A5B2E" w:rsidRDefault="008A5B2E">
      <w:pPr>
        <w:spacing w:after="0" w:line="240" w:lineRule="auto"/>
      </w:pPr>
      <w:r>
        <w:separator/>
      </w:r>
    </w:p>
  </w:footnote>
  <w:footnote w:type="continuationSeparator" w:id="0">
    <w:p w14:paraId="2EE53563" w14:textId="77777777" w:rsidR="008A5B2E" w:rsidRDefault="008A5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3372000">
    <w:abstractNumId w:val="8"/>
  </w:num>
  <w:num w:numId="2" w16cid:durableId="762727023">
    <w:abstractNumId w:val="6"/>
  </w:num>
  <w:num w:numId="3" w16cid:durableId="1683705506">
    <w:abstractNumId w:val="5"/>
  </w:num>
  <w:num w:numId="4" w16cid:durableId="1820802997">
    <w:abstractNumId w:val="4"/>
  </w:num>
  <w:num w:numId="5" w16cid:durableId="1236938586">
    <w:abstractNumId w:val="7"/>
  </w:num>
  <w:num w:numId="6" w16cid:durableId="206766129">
    <w:abstractNumId w:val="3"/>
  </w:num>
  <w:num w:numId="7" w16cid:durableId="1728995090">
    <w:abstractNumId w:val="2"/>
  </w:num>
  <w:num w:numId="8" w16cid:durableId="1465543634">
    <w:abstractNumId w:val="1"/>
  </w:num>
  <w:num w:numId="9" w16cid:durableId="141323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F9F"/>
    <w:rsid w:val="00034616"/>
    <w:rsid w:val="0006063C"/>
    <w:rsid w:val="00131F13"/>
    <w:rsid w:val="0015074B"/>
    <w:rsid w:val="00286141"/>
    <w:rsid w:val="0029639D"/>
    <w:rsid w:val="00326F90"/>
    <w:rsid w:val="007606AD"/>
    <w:rsid w:val="00837739"/>
    <w:rsid w:val="008A5B2E"/>
    <w:rsid w:val="00AA1D8D"/>
    <w:rsid w:val="00B47730"/>
    <w:rsid w:val="00B838CB"/>
    <w:rsid w:val="00CB0664"/>
    <w:rsid w:val="00CE7DDF"/>
    <w:rsid w:val="00E76310"/>
    <w:rsid w:val="00F505D9"/>
    <w:rsid w:val="00FC693F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76C63"/>
  <w14:defaultImageDpi w14:val="300"/>
  <w15:docId w15:val="{7959E1C3-EDF3-4B12-A7D4-0DFC0E35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Коротка заява про оформлення посвідчення особи на повернення в Україну</vt:lpstr>
      <vt:lpstr/>
    </vt:vector>
  </TitlesOfParts>
  <Manager/>
  <Company/>
  <LinksUpToDate>false</LinksUpToDate>
  <CharactersWithSpaces>2888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Коротка заява про оформлення посвідчення особи на повернення в Україну</dc:title>
  <dc:subject>Шаблон заяви без дублювання відомостей офіційного опитувальника</dc:subject>
  <dc:creator/>
  <cp:keywords/>
  <dc:description>generated by python-docx</dc:description>
  <cp:lastModifiedBy>Yevhen Fursa</cp:lastModifiedBy>
  <cp:revision>4</cp:revision>
  <cp:lastPrinted>2026-07-29T07:31:00Z</cp:lastPrinted>
  <dcterms:created xsi:type="dcterms:W3CDTF">2013-12-23T23:15:00Z</dcterms:created>
  <dcterms:modified xsi:type="dcterms:W3CDTF">2026-07-29T07:31:00Z</dcterms:modified>
  <cp:category/>
</cp:coreProperties>
</file>